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26F97" w14:textId="77777777" w:rsidR="005D201A" w:rsidRPr="00C94BBC" w:rsidRDefault="00C15803" w:rsidP="00C15803">
      <w:pPr>
        <w:pStyle w:val="Nagwek1"/>
        <w:jc w:val="center"/>
        <w:rPr>
          <w:color w:val="auto"/>
          <w:lang w:val="pl-PL"/>
        </w:rPr>
      </w:pPr>
      <w:r w:rsidRPr="00C94BBC">
        <w:rPr>
          <w:color w:val="auto"/>
          <w:lang w:val="pl-PL"/>
        </w:rPr>
        <w:t>WNIOSEK</w:t>
      </w:r>
      <w:r w:rsidRPr="00C94BBC">
        <w:rPr>
          <w:color w:val="auto"/>
          <w:lang w:val="pl-PL"/>
        </w:rPr>
        <w:br/>
        <w:t>o udział w programie bezpłatnej sterylizacji/kastracji psów i kotów właścicielskich oraz kotów wolno żyjących</w:t>
      </w:r>
    </w:p>
    <w:p w14:paraId="595F9F77" w14:textId="77777777" w:rsidR="00C15803" w:rsidRPr="00C94BBC" w:rsidRDefault="00C15803" w:rsidP="00C15803">
      <w:pPr>
        <w:rPr>
          <w:lang w:val="pl-PL"/>
        </w:rPr>
      </w:pPr>
    </w:p>
    <w:p w14:paraId="44757E22" w14:textId="77777777" w:rsidR="005D201A" w:rsidRPr="00C94BBC" w:rsidRDefault="00C15803">
      <w:pPr>
        <w:rPr>
          <w:lang w:val="pl-PL"/>
        </w:rPr>
      </w:pPr>
      <w:r w:rsidRPr="00C94BBC">
        <w:rPr>
          <w:b/>
          <w:lang w:val="pl-PL"/>
        </w:rPr>
        <w:t>I. Dane wnioskodawcy</w:t>
      </w:r>
    </w:p>
    <w:p w14:paraId="6A74B963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Imię i nazwisko: __________________________________________________________</w:t>
      </w:r>
    </w:p>
    <w:p w14:paraId="1AF8FF68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Adres: ______________________________________________________________________</w:t>
      </w:r>
    </w:p>
    <w:p w14:paraId="5D6AF698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Telefon: ______________________________   E-mail: ______________________________</w:t>
      </w:r>
    </w:p>
    <w:p w14:paraId="6B831FCD" w14:textId="77777777" w:rsidR="005D201A" w:rsidRPr="00C94BBC" w:rsidRDefault="00C15803">
      <w:pPr>
        <w:rPr>
          <w:lang w:val="pl-PL"/>
        </w:rPr>
      </w:pPr>
      <w:r w:rsidRPr="00C94BBC">
        <w:rPr>
          <w:b/>
          <w:lang w:val="pl-PL"/>
        </w:rPr>
        <w:br/>
        <w:t>II. Dane zwierzęcia</w:t>
      </w:r>
    </w:p>
    <w:p w14:paraId="2067DB9C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□ pies   □ kot</w:t>
      </w:r>
    </w:p>
    <w:p w14:paraId="4B60A4F2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□ samiec   □ samica</w:t>
      </w:r>
    </w:p>
    <w:p w14:paraId="55A4B75F" w14:textId="739707AA" w:rsidR="005D201A" w:rsidRPr="00C94BBC" w:rsidRDefault="00C15803">
      <w:pPr>
        <w:rPr>
          <w:lang w:val="pl-PL"/>
        </w:rPr>
      </w:pPr>
      <w:r w:rsidRPr="00C94BBC">
        <w:rPr>
          <w:lang w:val="pl-PL"/>
        </w:rPr>
        <w:t>Imię: _________________________   Wiek: _______________</w:t>
      </w:r>
      <w:r w:rsidR="00F37C7B">
        <w:rPr>
          <w:lang w:val="pl-PL"/>
        </w:rPr>
        <w:t xml:space="preserve"> Waga: </w:t>
      </w:r>
      <w:r w:rsidR="00F37C7B" w:rsidRPr="00C94BBC">
        <w:rPr>
          <w:lang w:val="pl-PL"/>
        </w:rPr>
        <w:t>_______________</w:t>
      </w:r>
      <w:r w:rsidRPr="00C94BBC">
        <w:rPr>
          <w:lang w:val="pl-PL"/>
        </w:rPr>
        <w:br/>
      </w:r>
      <w:r w:rsidRPr="00C94BBC">
        <w:rPr>
          <w:b/>
          <w:lang w:val="pl-PL"/>
        </w:rPr>
        <w:br/>
        <w:t>III. Oświadczenia</w:t>
      </w:r>
    </w:p>
    <w:p w14:paraId="2B1BA116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□ Jestem właścicielem zwierzęcia / społecznym opiekunem kota wolno żyjącego.*</w:t>
      </w:r>
    </w:p>
    <w:p w14:paraId="5DFFA035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□ Zwierzę przebywa na terenie Gminy Karlino.</w:t>
      </w:r>
    </w:p>
    <w:p w14:paraId="32B1FB94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□ Dane podane we wniosku są zgodne z prawdą.</w:t>
      </w:r>
    </w:p>
    <w:p w14:paraId="710D2CF0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t>□ Zapoznałem/-</w:t>
      </w:r>
      <w:proofErr w:type="spellStart"/>
      <w:r w:rsidRPr="00C94BBC">
        <w:rPr>
          <w:lang w:val="pl-PL"/>
        </w:rPr>
        <w:t>am</w:t>
      </w:r>
      <w:proofErr w:type="spellEnd"/>
      <w:r w:rsidRPr="00C94BBC">
        <w:rPr>
          <w:lang w:val="pl-PL"/>
        </w:rPr>
        <w:t xml:space="preserve"> się z dołączoną klauzulą informacyjną RODO.</w:t>
      </w:r>
      <w:r w:rsidRPr="00C94BBC">
        <w:rPr>
          <w:lang w:val="pl-PL"/>
        </w:rPr>
        <w:br/>
      </w:r>
      <w:r w:rsidRPr="00C94BBC">
        <w:rPr>
          <w:lang w:val="pl-PL"/>
        </w:rPr>
        <w:br/>
      </w:r>
      <w:r w:rsidRPr="00C94BBC">
        <w:rPr>
          <w:lang w:val="pl-PL"/>
        </w:rPr>
        <w:br/>
      </w:r>
      <w:r w:rsidRPr="00C94BBC">
        <w:rPr>
          <w:lang w:val="pl-PL"/>
        </w:rPr>
        <w:br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  <w:t>_________________________________</w:t>
      </w:r>
      <w:r w:rsidRPr="00C94BBC">
        <w:rPr>
          <w:lang w:val="pl-PL"/>
        </w:rPr>
        <w:br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</w:r>
      <w:r w:rsidRPr="00C94BBC">
        <w:rPr>
          <w:lang w:val="pl-PL"/>
        </w:rPr>
        <w:tab/>
        <w:t>Data i podpis</w:t>
      </w:r>
    </w:p>
    <w:p w14:paraId="2181DAAA" w14:textId="77777777" w:rsidR="00C15803" w:rsidRPr="00C94BBC" w:rsidRDefault="00C15803">
      <w:pPr>
        <w:rPr>
          <w:lang w:val="pl-PL"/>
        </w:rPr>
      </w:pPr>
    </w:p>
    <w:p w14:paraId="0DAE7FC1" w14:textId="77777777" w:rsidR="005D201A" w:rsidRPr="00C94BBC" w:rsidRDefault="00C15803">
      <w:pPr>
        <w:rPr>
          <w:lang w:val="pl-PL"/>
        </w:rPr>
      </w:pPr>
      <w:r w:rsidRPr="00C94BBC">
        <w:rPr>
          <w:lang w:val="pl-PL"/>
        </w:rPr>
        <w:br/>
      </w:r>
      <w:r w:rsidRPr="00C94BBC">
        <w:rPr>
          <w:lang w:val="pl-PL"/>
        </w:rPr>
        <w:br/>
      </w:r>
      <w:r w:rsidRPr="00C94BBC">
        <w:rPr>
          <w:lang w:val="pl-PL"/>
        </w:rPr>
        <w:br/>
      </w:r>
      <w:r w:rsidRPr="00C94BBC">
        <w:rPr>
          <w:lang w:val="pl-PL"/>
        </w:rPr>
        <w:br/>
      </w:r>
      <w:r w:rsidRPr="00C94BBC">
        <w:rPr>
          <w:lang w:val="pl-PL"/>
        </w:rPr>
        <w:br/>
        <w:t>*niepotrzebne skreślić</w:t>
      </w:r>
      <w:r w:rsidRPr="00C94BBC">
        <w:rPr>
          <w:lang w:val="pl-PL"/>
        </w:rPr>
        <w:br w:type="page"/>
      </w:r>
    </w:p>
    <w:p w14:paraId="7A67DA57" w14:textId="77777777" w:rsidR="005D201A" w:rsidRPr="00C94BBC" w:rsidRDefault="00C15803" w:rsidP="00107D9F">
      <w:pPr>
        <w:pStyle w:val="Nagwek1"/>
        <w:spacing w:line="240" w:lineRule="auto"/>
        <w:jc w:val="center"/>
        <w:rPr>
          <w:color w:val="auto"/>
          <w:sz w:val="24"/>
          <w:lang w:val="pl-PL"/>
        </w:rPr>
      </w:pPr>
      <w:r w:rsidRPr="00C94BBC">
        <w:rPr>
          <w:color w:val="auto"/>
          <w:lang w:val="pl-PL"/>
        </w:rPr>
        <w:lastRenderedPageBreak/>
        <w:t>Klauzula informacyjna RODO</w:t>
      </w:r>
      <w:r w:rsidRPr="00C94BBC">
        <w:rPr>
          <w:color w:val="auto"/>
          <w:sz w:val="24"/>
          <w:lang w:val="pl-PL"/>
        </w:rPr>
        <w:br/>
      </w:r>
    </w:p>
    <w:p w14:paraId="3EDCD25C" w14:textId="3CDC054C" w:rsidR="00C94BBC" w:rsidRPr="00C94BBC" w:rsidRDefault="00107D9F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ab/>
      </w:r>
      <w:r w:rsidR="00C94BBC"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Zgodnie z art. 13 ust. 1 i 2 Rozporządzenia Parlamentu Europejskiego i Rady ( UE) 2016/679 </w:t>
      </w:r>
      <w:r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br/>
      </w:r>
      <w:r w:rsidR="00C94BBC"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z dnia 27 kwietnia 2016 r. w sprawie ochrony osób fizycznych w związku z przetwarzaniem danych osobowych  i w sprawie swobodnego przepływu takich danych oraz uchylenia dyrektywy 95/46/WE (zwane dalej rozporządzeniem RODO)  informuję , iż:</w:t>
      </w:r>
    </w:p>
    <w:p w14:paraId="387EEFBC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Administrator danych osobowych</w:t>
      </w:r>
    </w:p>
    <w:p w14:paraId="7D8DD3D3" w14:textId="6759802D" w:rsidR="00C94BBC" w:rsidRPr="00C94BBC" w:rsidRDefault="00C94BBC" w:rsidP="00107D9F">
      <w:p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Administratorem Pani/Pana danych osobowych jest Gmina </w:t>
      </w:r>
      <w:r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Karlino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 reprezentowana przez Burmistrz</w:t>
      </w:r>
      <w:r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a 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Karlina z siedzibą – Urząd Miejski w Karlinie ul. Plac Jana Pawła II 6, 78-230 Karlino (dalej zwany jako Administrator).  </w:t>
      </w:r>
    </w:p>
    <w:p w14:paraId="450452D1" w14:textId="77777777" w:rsidR="00C94BBC" w:rsidRPr="00C94BBC" w:rsidRDefault="00C94BBC" w:rsidP="00107D9F">
      <w:p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Z administratorem można się skontaktować:</w:t>
      </w:r>
    </w:p>
    <w:p w14:paraId="51E9FDDB" w14:textId="77777777" w:rsidR="00C94BBC" w:rsidRPr="00C94BBC" w:rsidRDefault="00C94BBC" w:rsidP="00107D9F">
      <w:pPr>
        <w:pStyle w:val="Akapitzlist"/>
        <w:numPr>
          <w:ilvl w:val="0"/>
          <w:numId w:val="15"/>
        </w:num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listownie na adres: ul. Plac Jana Pawła II 6;</w:t>
      </w:r>
    </w:p>
    <w:p w14:paraId="18BCA3E9" w14:textId="77777777" w:rsidR="00C94BBC" w:rsidRPr="00C94BBC" w:rsidRDefault="00C94BBC" w:rsidP="00107D9F">
      <w:pPr>
        <w:pStyle w:val="Akapitzlist"/>
        <w:numPr>
          <w:ilvl w:val="0"/>
          <w:numId w:val="15"/>
        </w:num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telefonicznie 94/311 72 73</w:t>
      </w:r>
    </w:p>
    <w:p w14:paraId="59632398" w14:textId="25174FE1" w:rsidR="00C94BBC" w:rsidRPr="00C94BBC" w:rsidRDefault="00C94BBC" w:rsidP="00107D9F">
      <w:pPr>
        <w:pStyle w:val="Akapitzlist"/>
        <w:numPr>
          <w:ilvl w:val="0"/>
          <w:numId w:val="15"/>
        </w:num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przez email: um@karlino</w:t>
      </w:r>
      <w:r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.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pl</w:t>
      </w:r>
    </w:p>
    <w:p w14:paraId="4B59732E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Inspektor ochrony danych </w:t>
      </w:r>
    </w:p>
    <w:p w14:paraId="41A49A4E" w14:textId="5FC412A5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Administrator wyznaczył Inspektora Ochrony Danych z którym może się Pani/Pan kontaktować we wszystkich sprawach dotyczących przetwarzania danych osobowych oraz korzystania z praw związanych </w:t>
      </w:r>
      <w:r w:rsidR="00107D9F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br/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z przetwarzaniem danych. Z inspektorem można się kontaktować przez iod@</w:t>
      </w:r>
      <w:r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karlino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.pl.</w:t>
      </w:r>
    </w:p>
    <w:p w14:paraId="62C08012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Cele przetwarzania oraz podstawa prawna przetwarzania </w:t>
      </w:r>
    </w:p>
    <w:p w14:paraId="0DFE154C" w14:textId="77777777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Pani/Pana dane są przetwarzane, w celu :</w:t>
      </w:r>
    </w:p>
    <w:p w14:paraId="6783C785" w14:textId="77777777" w:rsidR="00C94BBC" w:rsidRPr="00C94BBC" w:rsidRDefault="00C94BBC" w:rsidP="00107D9F">
      <w:pPr>
        <w:numPr>
          <w:ilvl w:val="0"/>
          <w:numId w:val="12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MS Mincho" w:hAnsi="Times New Roman" w:cs="Times New Roman"/>
          <w:iCs/>
          <w:sz w:val="20"/>
          <w:szCs w:val="20"/>
          <w:lang w:val="pl-PL" w:eastAsia="pl-PL"/>
        </w:rPr>
        <w:t xml:space="preserve">przyjęcie wniosku o sfinansowanie zabiegu sterylizacji/kastracji* kota  </w:t>
      </w:r>
    </w:p>
    <w:p w14:paraId="2D1B8DCD" w14:textId="77777777" w:rsidR="00C94BBC" w:rsidRPr="00C94BBC" w:rsidRDefault="00C94BBC" w:rsidP="00107D9F">
      <w:pPr>
        <w:numPr>
          <w:ilvl w:val="0"/>
          <w:numId w:val="12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MS Mincho" w:hAnsi="Times New Roman" w:cs="Times New Roman"/>
          <w:iCs/>
          <w:sz w:val="20"/>
          <w:szCs w:val="20"/>
          <w:lang w:val="pl-PL" w:eastAsia="pl-PL"/>
        </w:rPr>
        <w:t>archiwizacji sprawy.</w:t>
      </w:r>
    </w:p>
    <w:p w14:paraId="151BC0AD" w14:textId="77777777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Podstawą prawną przetwarzania Pani/Pana danych osobowych jest art. 6 ust.1 lit c) i e) </w:t>
      </w:r>
      <w:r w:rsidRPr="00C94BBC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 xml:space="preserve">RODO, w związku z 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:</w:t>
      </w:r>
    </w:p>
    <w:p w14:paraId="64BB6019" w14:textId="77777777" w:rsidR="00C94BBC" w:rsidRPr="00C94BBC" w:rsidRDefault="00C94BBC" w:rsidP="00107D9F">
      <w:pPr>
        <w:numPr>
          <w:ilvl w:val="0"/>
          <w:numId w:val="13"/>
        </w:num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art. 11 oraz 11a ustawy z dnia 21 sierpnia 1997 r. o ochronie zwierząt</w:t>
      </w:r>
    </w:p>
    <w:p w14:paraId="752A375E" w14:textId="77777777" w:rsidR="00C94BBC" w:rsidRPr="00C94BBC" w:rsidRDefault="00C94BBC" w:rsidP="00107D9F">
      <w:pPr>
        <w:numPr>
          <w:ilvl w:val="0"/>
          <w:numId w:val="13"/>
        </w:numPr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art. 5</w:t>
      </w:r>
      <w:r w:rsidRPr="00C94BBC">
        <w:rPr>
          <w:rFonts w:ascii="Symbol" w:eastAsia="Symbol" w:hAnsi="Symbol" w:cs="Symbol"/>
          <w:sz w:val="20"/>
          <w:szCs w:val="20"/>
          <w:lang w:val="pl-PL" w:eastAsia="pl-PL"/>
        </w:rPr>
        <w:t>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6 ustawy z 14.7.1983 r. o narodowym zasobie archiwalnym i </w:t>
      </w:r>
      <w:r w:rsidRPr="00C94BBC">
        <w:rPr>
          <w:rFonts w:ascii="Times New Roman" w:eastAsia="Times New Roman" w:hAnsi="Times New Roman" w:cs="Times New Roman"/>
          <w:iCs/>
          <w:sz w:val="20"/>
          <w:szCs w:val="20"/>
          <w:lang w:val="pl-PL" w:eastAsia="pl-PL"/>
        </w:rPr>
        <w:t>archiwach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 – na podstawie tych przepisów mamy obowiązek zarchiwizowania sprawy.</w:t>
      </w:r>
    </w:p>
    <w:p w14:paraId="6F9B049C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Okres przechowywania danych osobowych </w:t>
      </w:r>
    </w:p>
    <w:p w14:paraId="290CD16E" w14:textId="77777777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Pani/Pana dane osobowe będą przetwarzane przez Administratora danych przez okres 5 lat od zakończenia prowadzenia hodowli przez wnioskodawcę.</w:t>
      </w:r>
    </w:p>
    <w:p w14:paraId="6BCB2D12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Odbiorcy danych </w:t>
      </w:r>
    </w:p>
    <w:p w14:paraId="6C8CE9A6" w14:textId="77777777" w:rsidR="00C94BBC" w:rsidRPr="00C94BBC" w:rsidRDefault="00C94BBC" w:rsidP="00107D9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bookmarkStart w:id="0" w:name="_Hlk11320816"/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Administrator przewiduje przekazanie dan</w:t>
      </w:r>
      <w:bookmarkStart w:id="1" w:name="_GoBack"/>
      <w:bookmarkEnd w:id="1"/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ych w zakresie imienia i nazwiska dla podmiotu z którym zostanie zawarta umowa o świadczeniu usług weterynaryjnych</w:t>
      </w:r>
      <w:bookmarkEnd w:id="0"/>
    </w:p>
    <w:p w14:paraId="74EC6489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Przekazywanie</w:t>
      </w: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 </w:t>
      </w: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danych do państwa trzeciego</w:t>
      </w:r>
    </w:p>
    <w:p w14:paraId="2BD9D6E1" w14:textId="77777777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Pani/Pana dane nie będą przekazywane do państw trzecich. </w:t>
      </w:r>
    </w:p>
    <w:p w14:paraId="5F1539FF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Prawa związane z przetwarzaniem danych osobowych i podejmowaniem zautomatyzowanych decyzji </w:t>
      </w:r>
    </w:p>
    <w:p w14:paraId="4C5ED7AF" w14:textId="77777777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Przysługują Pani/Panu następujące prawa związane z przetwarzaniem danych osobowych:</w:t>
      </w:r>
    </w:p>
    <w:p w14:paraId="6D852B90" w14:textId="77777777" w:rsidR="00C94BBC" w:rsidRPr="00C94BBC" w:rsidRDefault="00C94BBC" w:rsidP="00107D9F">
      <w:pPr>
        <w:numPr>
          <w:ilvl w:val="0"/>
          <w:numId w:val="14"/>
        </w:numPr>
        <w:tabs>
          <w:tab w:val="left" w:pos="720"/>
        </w:tabs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prawo dostępu do Pani/Pana danych osobowych,</w:t>
      </w:r>
    </w:p>
    <w:p w14:paraId="28E52F19" w14:textId="77777777" w:rsidR="00C94BBC" w:rsidRPr="00C94BBC" w:rsidRDefault="00C94BBC" w:rsidP="00107D9F">
      <w:pPr>
        <w:numPr>
          <w:ilvl w:val="0"/>
          <w:numId w:val="14"/>
        </w:numPr>
        <w:tabs>
          <w:tab w:val="left" w:pos="720"/>
        </w:tabs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prawo żądania sprostowania Pani/Pana danych osobowych,</w:t>
      </w:r>
    </w:p>
    <w:p w14:paraId="7B4C8840" w14:textId="77777777" w:rsidR="00C94BBC" w:rsidRPr="00C94BBC" w:rsidRDefault="00C94BBC" w:rsidP="00107D9F">
      <w:pPr>
        <w:widowControl w:val="0"/>
        <w:numPr>
          <w:ilvl w:val="0"/>
          <w:numId w:val="14"/>
        </w:numPr>
        <w:tabs>
          <w:tab w:val="left" w:pos="720"/>
        </w:tabs>
        <w:suppressAutoHyphens/>
        <w:autoSpaceDN w:val="0"/>
        <w:spacing w:after="0" w:line="254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prawo żądania usunięcia Pani/Pana danych osobowych, w sytuacji, gdy przetwarzanie danych jest niezgodne z przepisami prawa;</w:t>
      </w:r>
    </w:p>
    <w:p w14:paraId="42140BF7" w14:textId="77777777" w:rsidR="00C94BBC" w:rsidRPr="00C94BBC" w:rsidRDefault="00C94BBC" w:rsidP="00107D9F">
      <w:pPr>
        <w:numPr>
          <w:ilvl w:val="0"/>
          <w:numId w:val="14"/>
        </w:numPr>
        <w:tabs>
          <w:tab w:val="left" w:pos="720"/>
        </w:tabs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prawo żądania ograniczenia przetwarzania Pani/Pana danych osobowych.</w:t>
      </w:r>
    </w:p>
    <w:p w14:paraId="161BE15E" w14:textId="77777777" w:rsidR="00C94BBC" w:rsidRPr="00C94BBC" w:rsidRDefault="00C94BBC" w:rsidP="00107D9F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Aby skorzystać z powyższych praw, należy skontaktować się z Administratorem  lub z naszym inspektorem ochrony danych.</w:t>
      </w:r>
    </w:p>
    <w:p w14:paraId="46A1966F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Prawo wniesienia skargi do organu</w:t>
      </w:r>
    </w:p>
    <w:p w14:paraId="4014FE82" w14:textId="77777777" w:rsidR="00C94BBC" w:rsidRPr="00C94BBC" w:rsidRDefault="00C94BBC" w:rsidP="00107D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Przysługuje Pani/Panu także prawo wniesienia skargi do organu nadzorczego zajmującego się ochroną danych osobowych, tj. Prezesa Urzędu Ochrony Danych Osobowych. </w:t>
      </w:r>
    </w:p>
    <w:p w14:paraId="0074A76F" w14:textId="77777777" w:rsidR="00C94BBC" w:rsidRPr="00C94BBC" w:rsidRDefault="00C94BBC" w:rsidP="00107D9F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94BBC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Wymóg podania danych </w:t>
      </w:r>
    </w:p>
    <w:p w14:paraId="1647F783" w14:textId="7913508F" w:rsidR="00C94BBC" w:rsidRPr="00C94BBC" w:rsidRDefault="00C94BBC" w:rsidP="00107D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C94BBC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Podanie danych jest dobrowolne, jednak aby pełnić funkcję społecznego opiekuna zwierzą™ oraz skutecznie złożyć wniosek podanie takich danych jest niezbędne.</w:t>
      </w:r>
    </w:p>
    <w:p w14:paraId="7D302387" w14:textId="77777777" w:rsidR="005D201A" w:rsidRPr="00C94BBC" w:rsidRDefault="005D201A" w:rsidP="00C15803">
      <w:pPr>
        <w:spacing w:line="240" w:lineRule="auto"/>
        <w:rPr>
          <w:sz w:val="20"/>
          <w:lang w:val="pl-PL"/>
        </w:rPr>
      </w:pPr>
    </w:p>
    <w:sectPr w:rsidR="005D201A" w:rsidRPr="00C94B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C03E76"/>
    <w:multiLevelType w:val="hybridMultilevel"/>
    <w:tmpl w:val="F39E7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2182D"/>
    <w:multiLevelType w:val="multilevel"/>
    <w:tmpl w:val="3F40ED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86F72"/>
    <w:multiLevelType w:val="multilevel"/>
    <w:tmpl w:val="8306F14A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3E21BD9"/>
    <w:multiLevelType w:val="multilevel"/>
    <w:tmpl w:val="335473C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FF4DAF"/>
    <w:multiLevelType w:val="multilevel"/>
    <w:tmpl w:val="DFAEC7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4F00ED"/>
    <w:multiLevelType w:val="multilevel"/>
    <w:tmpl w:val="52D6482C"/>
    <w:lvl w:ilvl="0">
      <w:start w:val="1"/>
      <w:numFmt w:val="decimal"/>
      <w:lvlText w:val="%1)"/>
      <w:lvlJc w:val="left"/>
      <w:pPr>
        <w:ind w:left="928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1"/>
  </w:num>
  <w:num w:numId="12">
    <w:abstractNumId w:val="14"/>
  </w:num>
  <w:num w:numId="13">
    <w:abstractNumId w:val="10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7D9F"/>
    <w:rsid w:val="0015074B"/>
    <w:rsid w:val="0029639D"/>
    <w:rsid w:val="00326F90"/>
    <w:rsid w:val="005D201A"/>
    <w:rsid w:val="00AA1D8D"/>
    <w:rsid w:val="00B47730"/>
    <w:rsid w:val="00C15803"/>
    <w:rsid w:val="00C574E4"/>
    <w:rsid w:val="00C94BBC"/>
    <w:rsid w:val="00CB0664"/>
    <w:rsid w:val="00E711DE"/>
    <w:rsid w:val="00F37C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8E6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D11EC5-CC51-4985-9F85-6EC14F4B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Serwis</cp:lastModifiedBy>
  <cp:revision>4</cp:revision>
  <cp:lastPrinted>2026-07-31T06:40:00Z</cp:lastPrinted>
  <dcterms:created xsi:type="dcterms:W3CDTF">2026-07-30T06:18:00Z</dcterms:created>
  <dcterms:modified xsi:type="dcterms:W3CDTF">2026-08-03T10:34:00Z</dcterms:modified>
  <cp:category/>
</cp:coreProperties>
</file>